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7849" w:rsidRDefault="0098043F">
      <w:pPr>
        <w:jc w:val="center"/>
      </w:pPr>
      <w:r>
        <w:rPr>
          <w:b/>
          <w:sz w:val="28"/>
        </w:rPr>
        <w:t>АНКЕТА КАНДИДАТА</w:t>
      </w:r>
      <w:r>
        <w:rPr>
          <w:b/>
          <w:sz w:val="28"/>
        </w:rPr>
        <w:br/>
        <w:t>в Амбасадори-партнери з фізичної безбар’єрності</w:t>
      </w:r>
    </w:p>
    <w:p w:rsidR="00507849" w:rsidRDefault="0098043F">
      <w:pPr>
        <w:jc w:val="both"/>
      </w:pPr>
      <w:r>
        <w:t xml:space="preserve">Будь ласка, заповніть усі пункти анкети, позначені зірочкою (*), та надішліть її на електронну пошту </w:t>
      </w:r>
      <w:r>
        <w:rPr>
          <w:b/>
        </w:rPr>
        <w:t>otg@stav.gov.ua</w:t>
      </w:r>
      <w:r>
        <w:t xml:space="preserve"> або подайте особисто до </w:t>
      </w:r>
      <w:r>
        <w:rPr>
          <w:b/>
        </w:rPr>
        <w:t>09:00 год 15 жовтня 2026 року</w:t>
      </w:r>
      <w:r>
        <w:t>.</w:t>
      </w:r>
    </w:p>
    <w:p w:rsidR="00507849" w:rsidRDefault="0098043F">
      <w:r>
        <w:rPr>
          <w:b/>
        </w:rPr>
        <w:t>1. Прізвище, ім’я, по батькові амбасадора та місце проживання *</w:t>
      </w:r>
    </w:p>
    <w:p w:rsidR="00507849" w:rsidRDefault="0098043F">
      <w:r>
        <w:t>____________________</w:t>
      </w:r>
      <w:r>
        <w:t>________________________________________________________</w:t>
      </w:r>
    </w:p>
    <w:p w:rsidR="00507849" w:rsidRDefault="0098043F">
      <w:r>
        <w:t>____________________________________________________________________________</w:t>
      </w:r>
    </w:p>
    <w:p w:rsidR="00507849" w:rsidRDefault="0098043F">
      <w:r>
        <w:rPr>
          <w:b/>
        </w:rPr>
        <w:t>2. Посада та/або sфера діяльності амбасадора *</w:t>
      </w:r>
    </w:p>
    <w:p w:rsidR="00507849" w:rsidRDefault="0098043F">
      <w:r>
        <w:t>___________________________________________________________________________</w:t>
      </w:r>
      <w:r>
        <w:t>_</w:t>
      </w:r>
    </w:p>
    <w:p w:rsidR="00507849" w:rsidRDefault="0098043F">
      <w:r>
        <w:rPr>
          <w:b/>
        </w:rPr>
        <w:t>3. Організація або установа (за наявності), яку представляє амбасадор *</w:t>
      </w:r>
    </w:p>
    <w:p w:rsidR="00507849" w:rsidRDefault="0098043F">
      <w:r>
        <w:t>____________________________________________________________________________</w:t>
      </w:r>
    </w:p>
    <w:p w:rsidR="00507849" w:rsidRDefault="0098043F">
      <w:r>
        <w:rPr>
          <w:b/>
        </w:rPr>
        <w:t>4. Коротко опишіть досвід амбасадора у сфері безбар’єрності (ініціативи, проєкти, волонтерство) *</w:t>
      </w:r>
    </w:p>
    <w:p w:rsidR="00507849" w:rsidRDefault="0098043F">
      <w:r>
        <w:t>_______</w:t>
      </w:r>
      <w:r>
        <w:t>_____________________________________________________________________</w:t>
      </w:r>
    </w:p>
    <w:p w:rsidR="00507849" w:rsidRDefault="0098043F">
      <w:r>
        <w:t>____________________________________________________________________________</w:t>
      </w:r>
    </w:p>
    <w:p w:rsidR="00507849" w:rsidRDefault="0098043F">
      <w:r>
        <w:t>____________________________________________________________________________</w:t>
      </w:r>
    </w:p>
    <w:p w:rsidR="00507849" w:rsidRDefault="0098043F">
      <w:r>
        <w:rPr>
          <w:b/>
        </w:rPr>
        <w:t>5. До яких суспільних груп належ</w:t>
      </w:r>
      <w:r>
        <w:rPr>
          <w:b/>
        </w:rPr>
        <w:t>ить амбасадор? (можна обрати кілька) *</w:t>
      </w:r>
    </w:p>
    <w:p w:rsidR="00507849" w:rsidRDefault="0098043F">
      <w:pPr>
        <w:ind w:left="576"/>
      </w:pPr>
      <w:r>
        <w:t>☐</w:t>
      </w:r>
      <w:r>
        <w:t xml:space="preserve">  Ветеран / ветеранка</w:t>
      </w:r>
    </w:p>
    <w:p w:rsidR="00507849" w:rsidRDefault="0098043F">
      <w:pPr>
        <w:ind w:left="576"/>
      </w:pPr>
      <w:r>
        <w:t>☐</w:t>
      </w:r>
      <w:r>
        <w:t xml:space="preserve">  Людина з інвалідністю</w:t>
      </w:r>
    </w:p>
    <w:p w:rsidR="00507849" w:rsidRDefault="0098043F">
      <w:pPr>
        <w:ind w:left="576"/>
      </w:pPr>
      <w:r>
        <w:t>☐</w:t>
      </w:r>
      <w:r>
        <w:t xml:space="preserve">  Людина старшого віку (60+)</w:t>
      </w:r>
    </w:p>
    <w:p w:rsidR="00507849" w:rsidRDefault="0098043F">
      <w:pPr>
        <w:ind w:left="576"/>
      </w:pPr>
      <w:r>
        <w:t>☐</w:t>
      </w:r>
      <w:r>
        <w:t xml:space="preserve">  Мати / батько дитини віком до 7 років</w:t>
      </w:r>
    </w:p>
    <w:p w:rsidR="00507849" w:rsidRDefault="0098043F">
      <w:pPr>
        <w:ind w:left="576"/>
      </w:pPr>
      <w:r>
        <w:t>☐</w:t>
      </w:r>
      <w:r>
        <w:t xml:space="preserve">  Мати / батько в багатодітній сім’ї</w:t>
      </w:r>
    </w:p>
    <w:p w:rsidR="00507849" w:rsidRDefault="0098043F">
      <w:pPr>
        <w:ind w:left="576"/>
      </w:pPr>
      <w:r>
        <w:t>☐</w:t>
      </w:r>
      <w:r>
        <w:t xml:space="preserve">  Людина, яка залишила дім через війну (ВПО)</w:t>
      </w:r>
    </w:p>
    <w:p w:rsidR="00507849" w:rsidRDefault="0098043F">
      <w:pPr>
        <w:ind w:left="576"/>
      </w:pPr>
      <w:r>
        <w:t>☐</w:t>
      </w:r>
      <w:r>
        <w:t xml:space="preserve">  Не належить</w:t>
      </w:r>
      <w:r>
        <w:t xml:space="preserve"> до жодної з перелічених груп</w:t>
      </w:r>
    </w:p>
    <w:p w:rsidR="00507849" w:rsidRDefault="0098043F">
      <w:pPr>
        <w:ind w:left="576"/>
      </w:pPr>
      <w:r>
        <w:t>☐</w:t>
      </w:r>
      <w:r>
        <w:t xml:space="preserve">  Інше: __________________________________________________</w:t>
      </w:r>
    </w:p>
    <w:p w:rsidR="00507849" w:rsidRDefault="0098043F">
      <w:r>
        <w:rPr>
          <w:b/>
        </w:rPr>
        <w:t>6. Чи брав амбасадор участь у розробленні безбар’єрних маршрутів у громаді? *</w:t>
      </w:r>
    </w:p>
    <w:p w:rsidR="00507849" w:rsidRDefault="0098043F">
      <w:pPr>
        <w:ind w:left="576"/>
      </w:pPr>
      <w:r>
        <w:lastRenderedPageBreak/>
        <w:t>☐</w:t>
      </w:r>
      <w:r>
        <w:t xml:space="preserve">  Так</w:t>
      </w:r>
    </w:p>
    <w:p w:rsidR="00507849" w:rsidRDefault="0098043F">
      <w:pPr>
        <w:ind w:left="576"/>
      </w:pPr>
      <w:r>
        <w:t>☐</w:t>
      </w:r>
      <w:r>
        <w:t xml:space="preserve">  Ні</w:t>
      </w:r>
    </w:p>
    <w:p w:rsidR="00507849" w:rsidRDefault="0098043F">
      <w:pPr>
        <w:ind w:left="576"/>
      </w:pPr>
      <w:r>
        <w:t>☐</w:t>
      </w:r>
      <w:r>
        <w:t xml:space="preserve">  Невідомо</w:t>
      </w:r>
    </w:p>
    <w:p w:rsidR="00507849" w:rsidRDefault="0098043F">
      <w:r>
        <w:rPr>
          <w:b/>
        </w:rPr>
        <w:t>7. Чи є амбасадор членом місцевої ради безбар'єрності? *</w:t>
      </w:r>
    </w:p>
    <w:p w:rsidR="00507849" w:rsidRDefault="0098043F">
      <w:pPr>
        <w:ind w:left="576"/>
      </w:pPr>
      <w:r>
        <w:t>☐</w:t>
      </w:r>
      <w:r>
        <w:t xml:space="preserve">  </w:t>
      </w:r>
      <w:r>
        <w:t>Так</w:t>
      </w:r>
    </w:p>
    <w:p w:rsidR="00507849" w:rsidRDefault="0098043F">
      <w:pPr>
        <w:ind w:left="576"/>
      </w:pPr>
      <w:r>
        <w:t>☐</w:t>
      </w:r>
      <w:r>
        <w:t xml:space="preserve">  Ні</w:t>
      </w:r>
    </w:p>
    <w:p w:rsidR="00507849" w:rsidRDefault="0098043F">
      <w:pPr>
        <w:ind w:left="576"/>
      </w:pPr>
      <w:r>
        <w:t>☐</w:t>
      </w:r>
      <w:r>
        <w:t xml:space="preserve">  В громаді не створено раду безбар'єрності</w:t>
      </w:r>
    </w:p>
    <w:p w:rsidR="00507849" w:rsidRDefault="0098043F">
      <w:r>
        <w:rPr>
          <w:b/>
        </w:rPr>
        <w:t>8. Номер телефону амбасадора *</w:t>
      </w:r>
    </w:p>
    <w:p w:rsidR="00507849" w:rsidRDefault="0098043F">
      <w:r>
        <w:t>____________________________________________________________________________</w:t>
      </w:r>
    </w:p>
    <w:p w:rsidR="00507849" w:rsidRDefault="0098043F">
      <w:r>
        <w:rPr>
          <w:b/>
        </w:rPr>
        <w:t>9. Електронна пошта амбасадора *</w:t>
      </w:r>
    </w:p>
    <w:p w:rsidR="00507849" w:rsidRDefault="0098043F">
      <w:r>
        <w:t>____________________________________________________________</w:t>
      </w:r>
      <w:r>
        <w:t>________________</w:t>
      </w:r>
    </w:p>
    <w:p w:rsidR="00507849" w:rsidRDefault="0098043F">
      <w:r>
        <w:rPr>
          <w:b/>
        </w:rPr>
        <w:t>10. Посилання на персональну сторінку амбасадора в соціальній мережі (Facebook, Instagram, LinkedIn або інші) *</w:t>
      </w:r>
    </w:p>
    <w:p w:rsidR="00507849" w:rsidRDefault="0098043F">
      <w:r>
        <w:t>____________________________________________________________________________</w:t>
      </w:r>
    </w:p>
    <w:p w:rsidR="00507849" w:rsidRDefault="0098043F">
      <w:r>
        <w:rPr>
          <w:b/>
        </w:rPr>
        <w:t>11. ПІБ, посада та контакт особи, яка заповнює анк</w:t>
      </w:r>
      <w:r>
        <w:rPr>
          <w:b/>
        </w:rPr>
        <w:t>ету *</w:t>
      </w:r>
    </w:p>
    <w:p w:rsidR="00507849" w:rsidRDefault="0098043F">
      <w:r>
        <w:t>____________________________________________________________________________</w:t>
      </w:r>
    </w:p>
    <w:p w:rsidR="00507849" w:rsidRDefault="0098043F">
      <w:r>
        <w:t>____________________________________________________________________________</w:t>
      </w:r>
    </w:p>
    <w:p w:rsidR="00507849" w:rsidRDefault="0098043F">
      <w:r>
        <w:rPr>
          <w:b/>
        </w:rPr>
        <w:t>12. Згода на обробку персональних даних *</w:t>
      </w:r>
    </w:p>
    <w:p w:rsidR="00507849" w:rsidRDefault="0098043F">
      <w:pPr>
        <w:ind w:left="576"/>
      </w:pPr>
      <w:proofErr w:type="gramStart"/>
      <w:r>
        <w:t>☐</w:t>
      </w:r>
      <w:r>
        <w:t xml:space="preserve">  Підтверджую</w:t>
      </w:r>
      <w:proofErr w:type="gramEnd"/>
      <w:r>
        <w:t xml:space="preserve">, що кандидат надав згоду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обробку</w:t>
      </w:r>
      <w:proofErr w:type="spellEnd"/>
      <w:r>
        <w:t xml:space="preserve"> </w:t>
      </w:r>
      <w:proofErr w:type="spellStart"/>
      <w:r>
        <w:t>пер</w:t>
      </w:r>
      <w:r>
        <w:t>сональних</w:t>
      </w:r>
      <w:proofErr w:type="spellEnd"/>
      <w:r>
        <w:t xml:space="preserve"> </w:t>
      </w:r>
      <w:proofErr w:type="spellStart"/>
      <w:r>
        <w:t>даних</w:t>
      </w:r>
      <w:proofErr w:type="spellEnd"/>
    </w:p>
    <w:p w:rsidR="0098043F" w:rsidRDefault="0098043F">
      <w:pPr>
        <w:ind w:left="576"/>
      </w:pPr>
    </w:p>
    <w:p w:rsidR="0098043F" w:rsidRDefault="0098043F">
      <w:pPr>
        <w:ind w:left="576"/>
        <w:rPr>
          <w:lang w:val="uk-UA"/>
        </w:rPr>
      </w:pPr>
      <w:r>
        <w:rPr>
          <w:lang w:val="uk-UA"/>
        </w:rPr>
        <w:t>__________                                           ______________                                        __________</w:t>
      </w:r>
    </w:p>
    <w:p w:rsidR="0098043F" w:rsidRPr="0098043F" w:rsidRDefault="0098043F">
      <w:pPr>
        <w:ind w:left="576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(дата)                                                                             (підпис)                                                                         </w:t>
      </w:r>
      <w:bookmarkStart w:id="0" w:name="_GoBack"/>
      <w:bookmarkEnd w:id="0"/>
      <w:r>
        <w:rPr>
          <w:sz w:val="18"/>
          <w:szCs w:val="18"/>
          <w:lang w:val="uk-UA"/>
        </w:rPr>
        <w:t xml:space="preserve"> (ПІП)</w:t>
      </w:r>
    </w:p>
    <w:sectPr w:rsidR="0098043F" w:rsidRPr="0098043F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7849"/>
    <w:rsid w:val="0098043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B76FEC"/>
  <w14:defaultImageDpi w14:val="300"/>
  <w15:docId w15:val="{DF410958-9054-4B2D-AA4C-2A6DBAC3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5C4FB1-4E2A-43BD-9A0D-A1FC179F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1706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2026-10-08T07:52:00Z</dcterms:modified>
  <cp:category/>
</cp:coreProperties>
</file>